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שָׂם · קל · נשארו: ש־ם · שורש: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· הפעיל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הֵבִין · הפעיל · נשארו: ב־ן · שורש: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ע״ו/י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שַׂמְתִּי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שָׂם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הֵקִימוּ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הֵבַנְתִּי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הֵבִין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ק־ם.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ט־ס.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„הֵכִין”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