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מאמן הבלש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חמשת צעדי שיטת הבלש עד למציאת השורש.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🕵️ מאמן הבלש (ע״ו/י).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זָז · קל · נשארו: ז־ז · שורש: ז־י/ו־ז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 · קל · נשארו: ק־ם · שורש: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 · קל · נשארו: ק־ם · שורש: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טָס · קל · נשארו: ט־ס · שורש: ט־י/ו־ס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הֵבִין · הפעיל · נשארו: ב־ן · שורש: ב־י/ו־ן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 באמצע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 באמצע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 באמצע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ע״ו/י · מאמן הבלש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מאמן הבלש.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הצעדים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צעדי הבלש לפי הסדר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הטבלה. עבר – בניין – אותיות שנשארו – שורש.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זָז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זָז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יָקוּם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טָסָה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הֵבַנְתִּי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צעד ההחלטה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נשארו ק־ם.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י/ה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 בהתחלה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נשארו ז־ז.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 בסוף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נשארו ע־ר.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 בסוף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דוח 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פועל אחד מהטבלה וכתבו „דוח חקירה”: מה עשיתם בכל צעד ואיך הגעתם לשורש.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צעד 1–5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„לָשִׁיר”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מאמן הבלש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