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עוֹדַד · פועל · נשארו: ע־ו־ד · שורש: ע־י/ו־ד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 · קל · נשארו: ר־ץ · שורש: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· הפעיל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מוֹטַט · פועל · נשארו: מ־ו־ט · שורש: מ־י/ו־ט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שָׁר · קל · נשארו: ש־ר · שורש: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ע״ו/י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מאמן הבלש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עוֹדְדָה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מוֹטַט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מוֹטַט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שָׁרָה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ש־ם.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ק־ם.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ע־ו־ר.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„טָסָה”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מאמן הבלש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