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השלמת משפטים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✍️ השלמת משפטים (ע״ו/י).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אָקוּם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הוּרַם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הִתְכּוֹנְנוּ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ע״ו/י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השלמת משפטים.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עבר  |  הווה  |  עתיד  |  ב־י/ו־ן  |  ז־י/ו־ז  |  ט־י/ו־ס  |  כ־י/ו־ן  |  ע־י/ו־ר  |  ק־י/ו־ם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מחר אני ___ מוקדם. (ק־י/ו־ם, קל, עתיד)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אָקוּם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קַמְתִּי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רָצִים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רָצוּ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הדגל ___ בטקס. (ר־י/ו־ם, הופעל,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הֵרִים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הוּרַם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הם ___ לנסיעה כל השבוע. (כ־י/ו־ן, התפעל, עבר)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הִתְכּוֹנְנוּ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הֵכִינוּ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הם הֵזִיזוּ את הכיסאות לצד הכיתה.  ←  הפועל: הֵזִיזוּ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המקהלה שָׁרָה שיר חדש בטקס.  ←  הפועל: שָׁרָה  ←  השורש: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אף אחד לא זָז מהמקום.  ←  הפועל: זָז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נפעל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„רָץ”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השלמת משפטים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