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השלמת משפטים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✍️ השלמת משפטים (ע״ו/י).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הֵכִינוּ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אָקוּם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הִתְכּוֹנְנוּ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הוּרַם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רָצוּ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ר־י/ו־ץ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מבחן הפעיל: מעבירים להפעיל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ע״ו/י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השלמת משפטים.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המילה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התלמידות ___ דגם של הר געש. (כ־י/ו־ן,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כּוֹנְנוּ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מְכִינוֹת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הֵכִינוּ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מחר אני ___ מוקדם. (ק־י/ו־ם, קל, עתיד)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אָקוּם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קַמְתִּי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קָם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הם ___ לנסיעה כל השבוע. (כ־י/ו־ן, התפעל,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הֵכִינוּ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נָכוֹן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הִתְכּוֹנְנוּ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הדגל ___ בטקס. (ר־י/ו־ם, הופעל,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הֵרִים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רָם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הוּרַם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אתמול הם ___ מהר לאוטובוס. (ר־י/ו־ץ, קל,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רָצוּ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רָצִים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יָרוּצוּ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מְעִירָה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רָץ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הֵרִים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הפועל: הֵזִיזוּ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קיבלתם תבנית הוּ_ַ_ ולא בטוחים בגזרה.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מבחן הפעיל: מעבירים להפעיל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מוסיפים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סופרים את הניקוד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פועל בעבר בן 2 אותיות שייך לבניין…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נפעל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על היום שלכם בבית הספר, עם פעלים מהגזרה.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„הֵקִימוּ”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השלמת משפטים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