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🎮 משחק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שַׂמְתִּי, הֵבַנְתִּי, זָז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הִבִּיט, אִישַׁן, הוֹרִידָה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ע״ו/י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משחק.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ב־י/ו־ן  |  ז־י/ו־ז  |  ט־י/ו־ס  |  כ־י/ו־ן  |  ע־י/ו־ר  |  ק־י/ו־ם  |  ר־י/ו־ם  |  ר־י/ו־ץ  |  ש־י/ו־ם  |  ש־י/ו־ר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„הֵעִיר”?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ע־י/ו־ר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י/ו־ע־ר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נ־ע־ר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„קָם”?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ק־י/ו־ם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י/ו־ק־ם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ק־ם־י/ה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„מְעִירָה”?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נ־ע־ר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ע־ר־י/ה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ע־י/ו־ר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זָז  |  הֵבַנְתִּי  |  אִישַׁן  |  הוֹרִידָה  |  הִבִּיט  |  שַׂמְתִּי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🟠 ע״ו/י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טָסָה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ר־י/ו־ם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ט־י/ו־ס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הֵרִים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ר־י/ו־ץ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שָׁרָה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ש־י/ו־ר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„זָז”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משחק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